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Arial" w:hAnsi="Arial"/>
          <w:b/>
          <w:sz w:val="30"/>
        </w:rPr>
        <w:t>ATTESTATION FORM FOR POSTER PRESENTATION 2026</w:t>
      </w:r>
    </w:p>
    <w:p>
      <w:pPr>
        <w:spacing w:after="80"/>
      </w:pPr>
      <w:r>
        <w:rPr>
          <w:b/>
        </w:rPr>
        <w:t>Date:</w:t>
      </w:r>
      <w:r>
        <w:t xml:space="preserve"> __________________________</w:t>
      </w:r>
    </w:p>
    <w:p>
      <w:pPr>
        <w:spacing w:after="280"/>
      </w:pPr>
      <w:r>
        <w:rPr>
          <w:b/>
        </w:rPr>
        <w:t>Place:</w:t>
      </w:r>
      <w:r>
        <w:t xml:space="preserve"> _________________________</w:t>
      </w:r>
    </w:p>
    <w:p>
      <w:pPr>
        <w:spacing w:after="80"/>
      </w:pPr>
      <w:r>
        <w:t>To</w:t>
      </w:r>
    </w:p>
    <w:p>
      <w:pPr>
        <w:spacing w:after="80"/>
      </w:pPr>
      <w:r>
        <w:t>Dr. __________________________________</w:t>
      </w:r>
    </w:p>
    <w:p>
      <w:pPr>
        <w:spacing w:after="80"/>
      </w:pPr>
      <w:r>
        <w:rPr>
          <w:b/>
        </w:rPr>
        <w:t>Designation:</w:t>
      </w:r>
      <w:r>
        <w:t xml:space="preserve"> __________________________</w:t>
      </w:r>
    </w:p>
    <w:p>
      <w:pPr>
        <w:spacing w:after="80"/>
      </w:pPr>
      <w:r>
        <w:rPr>
          <w:b/>
        </w:rPr>
        <w:t>Department:</w:t>
      </w:r>
      <w:r>
        <w:t xml:space="preserve"> ___________________________</w:t>
      </w:r>
    </w:p>
    <w:p>
      <w:pPr>
        <w:spacing w:after="280"/>
      </w:pPr>
      <w:r>
        <w:rPr>
          <w:b/>
        </w:rPr>
        <w:t>College/Hospital:</w:t>
      </w:r>
      <w:r>
        <w:t xml:space="preserve"> ______________________</w:t>
      </w:r>
    </w:p>
    <w:p>
      <w:pPr>
        <w:spacing w:after="240"/>
      </w:pPr>
      <w:r>
        <w:rPr>
          <w:b/>
        </w:rPr>
        <w:t>Subject:</w:t>
      </w:r>
      <w:r>
        <w:t xml:space="preserve"> Permission to present a poster at OSMECON 2026</w:t>
      </w:r>
    </w:p>
    <w:p>
      <w:pPr>
        <w:spacing w:after="160"/>
      </w:pPr>
      <w:r>
        <w:t>Sir/Madam,</w:t>
      </w:r>
    </w:p>
    <w:p>
      <w:pPr>
        <w:spacing w:after="280" w:line="283" w:lineRule="auto"/>
      </w:pPr>
      <w:r>
        <w:t>We, ______________________________ (Name of Delegate 1, Name of Delegate 2, Name of Delegate 3), studying in ______ Semester at ______________________________ College/Hospital, would like to present the poster titled ______________________________ at OSMECON 2026, held at Osmania Medical College, Hyderabad. Hence, we request you to grant permission to participate in the Poster Presentation session of OSMECON 2026.</w:t>
      </w:r>
    </w:p>
    <w:p>
      <w:pPr>
        <w:spacing w:after="80"/>
      </w:pPr>
      <w:r>
        <w:t>Thanking you,</w:t>
      </w:r>
    </w:p>
    <w:p>
      <w:pPr>
        <w:spacing w:after="160"/>
      </w:pPr>
      <w:r>
        <w:t>Yours sincerely,</w:t>
      </w:r>
    </w:p>
    <w:p>
      <w:pPr>
        <w:spacing w:after="80"/>
      </w:pPr>
      <w:r>
        <w:t>Name of the Delegate 1: ______________________________</w:t>
      </w:r>
    </w:p>
    <w:p>
      <w:pPr>
        <w:spacing w:after="80"/>
      </w:pPr>
      <w:r>
        <w:t>Name of the Delegate 2: ______________________________</w:t>
      </w:r>
    </w:p>
    <w:p>
      <w:pPr>
        <w:spacing w:after="280"/>
      </w:pPr>
      <w:r>
        <w:t>Name of the Delegate 3: ______________________________</w:t>
      </w:r>
    </w:p>
    <w:p>
      <w:pPr>
        <w:spacing w:after="0"/>
      </w:pPr>
      <w:r>
        <w:t>(Attested by Faculty)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9191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Form for Poster Presentation 2026</dc:title>
  <dc:subject>Permission to present a poster at OSMECON 2026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